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26"/>
        </w:rPr>
        <w:t>UMOWA KUPNA-SPRZEDAŻY SAMOCHODU</w:t>
      </w:r>
    </w:p>
    <w:p>
      <w:pPr>
        <w:spacing w:after="120"/>
      </w:pPr>
      <w:r>
        <w:rPr>
          <w:b w:val="0"/>
        </w:rPr>
        <w:t>zawarta w dniu ....................... o godzinie ............ w ....................................................</w:t>
      </w:r>
    </w:p>
    <w:p>
      <w:pPr>
        <w:spacing w:after="120"/>
      </w:pPr>
      <w:r>
        <w:rPr>
          <w:b/>
        </w:rPr>
        <w:t>pomiędzy:</w:t>
      </w:r>
    </w:p>
    <w:p>
      <w:pPr>
        <w:spacing w:after="120"/>
      </w:pPr>
      <w:r>
        <w:rPr>
          <w:b w:val="0"/>
        </w:rPr>
        <w:t>Sprzedającym: ..............................................................................................</w:t>
        <w:br/>
        <w:t>zamieszkałym: ..............................................................................................</w:t>
        <w:br/>
        <w:t>PESEL: ....................................... nr i seria dokumentu tożsamości: .......................................</w:t>
      </w:r>
    </w:p>
    <w:p>
      <w:pPr>
        <w:spacing w:after="120"/>
      </w:pPr>
      <w:r>
        <w:rPr>
          <w:b w:val="0"/>
        </w:rPr>
        <w:t>a Kupującym: ..............................................................................................</w:t>
        <w:br/>
        <w:t>zamieszkałym: ..............................................................................................</w:t>
        <w:br/>
        <w:t>PESEL: ....................................... nr i seria dokumentu tożsamości: .......................................</w:t>
      </w:r>
    </w:p>
    <w:p>
      <w:pPr>
        <w:spacing w:after="120"/>
      </w:pPr>
      <w:r>
        <w:rPr>
          <w:b/>
        </w:rPr>
        <w:t>§ 1. Przedmiot umowy</w:t>
      </w:r>
    </w:p>
    <w:p>
      <w:pPr>
        <w:spacing w:after="120"/>
      </w:pPr>
      <w:r>
        <w:rPr>
          <w:b w:val="0"/>
        </w:rPr>
        <w:t>Sprzedający oświadcza, że jest właścicielem samochodu:</w:t>
        <w:br/>
        <w:t>marka i model: ....................................................... rok produkcji: ..............</w:t>
        <w:br/>
        <w:t>nr VIN (17 znaków): ........................................................ nr rejestracyjny: ........................</w:t>
        <w:br/>
        <w:t>przebieg wg licznika: ......................... km   kolor: .......................................</w:t>
      </w:r>
    </w:p>
    <w:p>
      <w:pPr>
        <w:spacing w:after="120"/>
      </w:pPr>
      <w:r>
        <w:rPr>
          <w:b/>
        </w:rPr>
        <w:t>§ 2. Cena</w:t>
      </w:r>
    </w:p>
    <w:p>
      <w:pPr>
        <w:spacing w:after="120"/>
      </w:pPr>
      <w:r>
        <w:rPr>
          <w:b w:val="0"/>
        </w:rPr>
        <w:t>Sprzedający sprzedaje, a Kupujący kupuje pojazd opisany w § 1 za cenę ....................... zł (słownie: ...........................................................................................). Kupujący zapłacił cenę gotówką / przelewem (niepotrzebne skreślić), co Sprzedający potwierdza.</w:t>
      </w:r>
    </w:p>
    <w:p>
      <w:pPr>
        <w:spacing w:after="120"/>
      </w:pPr>
      <w:r>
        <w:rPr>
          <w:b/>
        </w:rPr>
        <w:t>§ 3. Oświadczenia stron</w:t>
      </w:r>
    </w:p>
    <w:p>
      <w:pPr>
        <w:spacing w:after="120"/>
      </w:pPr>
      <w:r>
        <w:rPr>
          <w:b w:val="0"/>
        </w:rPr>
        <w:t>Sprzedający oświadcza, że pojazd stanowi jego wyłączną własność, jest wolny od wad prawnych oraz praw osób trzecich, nie jest przedmiotem zabezpieczenia i nie toczy się wobec niego żadne postępowanie. Kupujący oświadcza, że zapoznał się ze stanem technicznym pojazdu i nie wnosi do niego zastrzeżeń.</w:t>
      </w:r>
    </w:p>
    <w:p>
      <w:pPr>
        <w:spacing w:after="120"/>
      </w:pPr>
      <w:r>
        <w:rPr>
          <w:b/>
        </w:rPr>
        <w:t>§ 4. Wydanie pojazdu i dokumentów</w:t>
      </w:r>
    </w:p>
    <w:p>
      <w:pPr>
        <w:spacing w:after="120"/>
      </w:pPr>
      <w:r>
        <w:rPr>
          <w:b w:val="0"/>
        </w:rPr>
        <w:t>Sprzedający przekazuje Kupującemu wraz z pojazdem: dowód rejestracyjny, polisę OC nr ......................... ważną do ......................., komplet kluczyków (szt. .......). Wydanie pojazdu następuje w chwili podpisania umowy.</w:t>
      </w:r>
    </w:p>
    <w:p>
      <w:pPr>
        <w:spacing w:after="120"/>
      </w:pPr>
      <w:r>
        <w:rPr>
          <w:b/>
        </w:rPr>
        <w:t>§ 5. Postanowienia końcowe</w:t>
      </w:r>
    </w:p>
    <w:p>
      <w:pPr>
        <w:spacing w:after="120"/>
      </w:pPr>
      <w:r>
        <w:rPr>
          <w:b w:val="0"/>
        </w:rPr>
        <w:t>Strony ustaliły, że koszty związane z zawarciem umowy (w tym podatek od czynności cywilnoprawnych) ponosi Kupujący. W sprawach nieuregulowanych stosuje się przepisy Kodeksu cywilnego. Umowę sporządzono w dwóch jednobrzmiących egzemplarzach, po jednym dla każdej ze stron.</w:t>
      </w:r>
    </w:p>
    <w:p>
      <w:pPr>
        <w:spacing w:after="320"/>
      </w:pPr>
      <w:r>
        <w:rPr>
          <w:b w:val="0"/>
        </w:rPr>
        <w:br/>
        <w:br/>
        <w:t>.......................................................                                        .......................................................</w:t>
        <w:br/>
        <w:t>(Sprzedający)                                                                                    (Kupujący)</w:t>
      </w:r>
    </w:p>
    <w:p>
      <w:pPr>
        <w:spacing w:after="120"/>
      </w:pPr>
      <w:r>
        <w:rPr>
          <w:b w:val="0"/>
          <w:sz w:val="16"/>
        </w:rPr>
        <w:t>Wzór ze strony tryx.pl. Po zakupie: PCC-3 i podatek 2% w ciągu 14 dni (kupujący), rejestracja w ciągu 30 dni; sprzedający zgłasza zbycie w ciągu 30 dni. To nie jest porada prawna.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