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b w:val="0"/>
        </w:rPr>
        <w:t>______________________________</w:t>
        <w:br/>
        <w:t>(imię i nazwisko pracownika)</w:t>
        <w:br/>
        <w:t>______________________________</w:t>
        <w:br/>
        <w:t>(stanowisko, dział)</w:t>
      </w:r>
    </w:p>
    <w:p>
      <w:pPr>
        <w:jc w:val="right"/>
      </w:pPr>
      <w:r>
        <w:rPr>
          <w:b w:val="0"/>
        </w:rPr>
        <w:t>______________________, dnia ______________</w:t>
      </w:r>
    </w:p>
    <w:p>
      <w:pPr>
        <w:jc w:val="center"/>
      </w:pPr>
      <w:r>
        <w:rPr>
          <w:b/>
          <w:sz w:val="28"/>
        </w:rPr>
        <w:t>WNIOSEK URLOPOWY</w:t>
      </w:r>
    </w:p>
    <w:p>
      <w:r>
        <w:rPr>
          <w:b w:val="0"/>
        </w:rPr>
        <w:t>Zwracam się z prośbą o udzielenie mi urlopu:</w:t>
      </w:r>
    </w:p>
    <w:p>
      <w:r>
        <w:rPr>
          <w:b w:val="0"/>
        </w:rPr>
        <w:t>[ ] wypoczynkowego   [ ] na żądanie (art. 167² Kodeksu pracy)   [ ] bezpłatnego   [ ] okolicznościowego   [ ] innego: ______________________</w:t>
      </w:r>
    </w:p>
    <w:p>
      <w:r>
        <w:rPr>
          <w:b w:val="0"/>
        </w:rPr>
        <w:t>w okresie od ______________ do ______________, tj. ______ dni roboczych.</w:t>
      </w:r>
    </w:p>
    <w:p>
      <w:r>
        <w:rPr>
          <w:b w:val="0"/>
        </w:rPr>
        <w:t>W czasie mojej nieobecności zastępuje mnie: ________________________________________________.</w:t>
      </w:r>
    </w:p>
    <w:p/>
    <w:p>
      <w:pPr>
        <w:jc w:val="right"/>
      </w:pPr>
      <w:r>
        <w:rPr>
          <w:b w:val="0"/>
        </w:rPr>
        <w:t>____________________________</w:t>
        <w:br/>
        <w:t>podpis pracownika</w:t>
      </w:r>
    </w:p>
    <w:p/>
    <w:p>
      <w:r>
        <w:rPr>
          <w:b/>
        </w:rPr>
        <w:t>Decyzja pracodawcy:</w:t>
      </w:r>
    </w:p>
    <w:p>
      <w:r>
        <w:rPr>
          <w:b w:val="0"/>
        </w:rPr>
        <w:t>[ ] wyrażam zgodę   [ ] nie wyrażam zgody, uzasadnienie: ________________________________________________</w:t>
      </w:r>
    </w:p>
    <w:p>
      <w:pPr>
        <w:jc w:val="left"/>
      </w:pPr>
      <w:r>
        <w:rPr>
          <w:b w:val="0"/>
        </w:rPr>
        <w:t>______________________, dnia ______________          ____________________________</w:t>
        <w:br/>
        <w:t xml:space="preserve">                                                                          podpis pracodawcy lub osoby upoważnionej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