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right"/>
      </w:pPr>
      <w:r>
        <w:rPr>
          <w:b w:val="0"/>
        </w:rPr>
        <w:t>.......................................................</w:t>
        <w:br/>
        <w:t>(miejscowość, data)</w:t>
      </w:r>
    </w:p>
    <w:p>
      <w:pPr>
        <w:spacing w:after="120"/>
      </w:pPr>
      <w:r>
        <w:rPr>
          <w:b w:val="0"/>
        </w:rPr>
        <w:t>.......................................................</w:t>
        <w:br/>
        <w:t>.......................................................</w:t>
        <w:br/>
        <w:t>.......................................................</w:t>
        <w:br/>
        <w:t>(imię i nazwisko, adres pracownika, stanowisko)</w:t>
      </w:r>
    </w:p>
    <w:p>
      <w:pPr>
        <w:spacing w:after="120"/>
        <w:jc w:val="right"/>
      </w:pPr>
      <w:r>
        <w:rPr>
          <w:b w:val="0"/>
        </w:rPr>
        <w:t>.......................................................</w:t>
        <w:br/>
        <w:t>.......................................................</w:t>
        <w:br/>
        <w:t>.......................................................</w:t>
        <w:br/>
        <w:t>(nazwa i adres pracodawcy)</w:t>
      </w:r>
    </w:p>
    <w:p>
      <w:pPr>
        <w:spacing w:after="280"/>
        <w:jc w:val="center"/>
      </w:pPr>
      <w:r>
        <w:rPr>
          <w:b/>
          <w:sz w:val="26"/>
        </w:rPr>
        <w:t>WYPOWIEDZENIE UMOWY O PRACĘ PRZEZ PRACOWNIKA</w:t>
      </w:r>
    </w:p>
    <w:p>
      <w:pPr>
        <w:spacing w:after="120"/>
      </w:pPr>
      <w:r>
        <w:rPr>
          <w:b w:val="0"/>
        </w:rPr>
        <w:t>Niniejszym wypowiadam umowę o pracę zawartą w dniu ....................... pomiędzy mną a ..............................................................., z zachowaniem okresu wypowiedzenia wynikającego z art. 36 § 1 Kodeksu pracy, który wynosi ....................... .</w:t>
      </w:r>
    </w:p>
    <w:p>
      <w:pPr>
        <w:spacing w:after="120"/>
      </w:pPr>
      <w:r>
        <w:rPr>
          <w:b w:val="0"/>
        </w:rPr>
        <w:t>Okres wypowiedzenia upływa w dniu ....................... .</w:t>
      </w:r>
    </w:p>
    <w:p>
      <w:pPr>
        <w:spacing w:after="120"/>
      </w:pPr>
      <w:r>
        <w:rPr>
          <w:b w:val="0"/>
        </w:rPr>
        <w:t>Proszę o potwierdzenie otrzymania niniejszego wypowiedzenia na kopii pisma.</w:t>
      </w:r>
    </w:p>
    <w:p>
      <w:pPr>
        <w:spacing w:after="360"/>
        <w:jc w:val="right"/>
      </w:pPr>
      <w:r>
        <w:rPr>
          <w:b w:val="0"/>
        </w:rPr>
        <w:br/>
        <w:br/>
        <w:t>.......................................................</w:t>
        <w:br/>
        <w:t>(podpis pracownika)</w:t>
      </w:r>
    </w:p>
    <w:p>
      <w:pPr>
        <w:spacing w:after="120"/>
      </w:pPr>
      <w:r>
        <w:rPr>
          <w:b w:val="0"/>
        </w:rPr>
        <w:t>Potwierdzam otrzymanie wypowiedzenia w dniu ....................... .</w:t>
        <w:br/>
        <w:br/>
        <w:br/>
        <w:t>.......................................................</w:t>
        <w:br/>
        <w:t>(podpis i pieczęć pracodawcy)</w:t>
      </w:r>
    </w:p>
    <w:p>
      <w:pPr>
        <w:spacing w:after="120"/>
      </w:pPr>
      <w:r>
        <w:rPr>
          <w:b w:val="0"/>
          <w:sz w:val="16"/>
        </w:rPr>
        <w:t>Wzór ze strony tryx.pl. Pracownik nie ma obowiązku podawania przyczyny wypowiedzenia. Forma pisemna: art. 30 § 3 Kodeksu pracy. Okres liczony w tygodniach kończy się w sobotę, w miesiącach ostatniego dnia miesiąca (art. 30 § 2¹ KP). To nie jest porada prawna.</w:t>
      </w:r>
    </w:p>
    <w:sectPr w:rsidR="00FC693F" w:rsidRPr="0006063C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